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A01B0" w14:textId="77777777" w:rsidR="00D64657" w:rsidRDefault="00000000">
      <w:pPr>
        <w:pStyle w:val="Titel"/>
        <w:spacing w:after="100"/>
      </w:pPr>
      <w:r>
        <w:rPr>
          <w:rFonts w:ascii="Arial" w:hAnsi="Arial"/>
          <w:b/>
          <w:sz w:val="40"/>
        </w:rPr>
        <w:t>Frequently Asked Questions About Pet Portraits</w:t>
      </w:r>
    </w:p>
    <w:p w14:paraId="09BF846C" w14:textId="77777777" w:rsidR="00D64657" w:rsidRDefault="00000000">
      <w:pPr>
        <w:spacing w:after="240"/>
      </w:pPr>
      <w:r>
        <w:t>These answers cover commissioned pet portraits by Arty By Esther. Shipping for commissioned portraits is arranged separately from the free-shipping offer in the webshop.</w:t>
      </w:r>
    </w:p>
    <w:p w14:paraId="1347E1A7" w14:textId="77777777" w:rsidR="00D64657" w:rsidRDefault="00000000">
      <w:pPr>
        <w:pStyle w:val="Kop1"/>
        <w:spacing w:before="100" w:after="60"/>
      </w:pPr>
      <w:r>
        <w:rPr>
          <w:rFonts w:ascii="Arial" w:hAnsi="Arial"/>
          <w:color w:val="D94995"/>
          <w:sz w:val="24"/>
        </w:rPr>
        <w:t>How do I start?</w:t>
      </w:r>
    </w:p>
    <w:p w14:paraId="47A882E8" w14:textId="77777777" w:rsidR="00D64657" w:rsidRDefault="00000000">
      <w:r>
        <w:t>Email info@artybyesther.com with your request, your pet’s name and breed, and the size you are interested in. Clear photos help me decide whether I can create the portrait and advise you on the best composition. I will confirm the price and shipping cost before you decide to proceed.</w:t>
      </w:r>
    </w:p>
    <w:p w14:paraId="26B2E3D0" w14:textId="77777777" w:rsidR="00D64657" w:rsidRDefault="00000000">
      <w:pPr>
        <w:pStyle w:val="Kop1"/>
        <w:spacing w:before="100" w:after="60"/>
      </w:pPr>
      <w:r>
        <w:rPr>
          <w:rFonts w:ascii="Arial" w:hAnsi="Arial"/>
          <w:color w:val="D94995"/>
          <w:sz w:val="24"/>
        </w:rPr>
        <w:t>What photos work best?</w:t>
      </w:r>
    </w:p>
    <w:p w14:paraId="37DA5AC2" w14:textId="77777777" w:rsidR="00D64657" w:rsidRDefault="00000000">
      <w:r>
        <w:t>Choose clear, high-resolution photos taken in natural light, without flash. A sharp view of the eyes is especially important. If your pet has passed away, please send photos that show the eyes clearly. One suitable photo may be enough, but additional photos can help me see details. If you are unsure, send them and I can help you choose.</w:t>
      </w:r>
    </w:p>
    <w:p w14:paraId="4ED8A728" w14:textId="77777777" w:rsidR="00D64657" w:rsidRDefault="00000000">
      <w:pPr>
        <w:pStyle w:val="Kop1"/>
        <w:spacing w:before="100" w:after="60"/>
      </w:pPr>
      <w:r>
        <w:rPr>
          <w:rFonts w:ascii="Arial" w:hAnsi="Arial"/>
          <w:color w:val="D94995"/>
          <w:sz w:val="24"/>
        </w:rPr>
        <w:t>How does payment and approval work?</w:t>
      </w:r>
    </w:p>
    <w:p w14:paraId="68918BD6" w14:textId="77777777" w:rsidR="00D64657" w:rsidRDefault="00000000">
      <w:r>
        <w:t>Before I begin, you can pay a 25% deposit or the full amount. When the portrait is finished, I will send you a preview. If you decide not to proceed after seeing it, I keep 25% of the total price to cover materials and refund any amount paid above that. If you approve the portrait, the remaining balance is due before shipping.</w:t>
      </w:r>
    </w:p>
    <w:p w14:paraId="32AE7692" w14:textId="77777777" w:rsidR="00D64657" w:rsidRDefault="00000000">
      <w:pPr>
        <w:pStyle w:val="Kop1"/>
        <w:spacing w:before="100" w:after="60"/>
      </w:pPr>
      <w:r>
        <w:rPr>
          <w:rFonts w:ascii="Arial" w:hAnsi="Arial"/>
          <w:color w:val="D94995"/>
          <w:sz w:val="24"/>
        </w:rPr>
        <w:t>How long does a portrait take?</w:t>
      </w:r>
    </w:p>
    <w:p w14:paraId="6A07931B" w14:textId="77777777" w:rsidR="00D64657" w:rsidRDefault="00000000">
      <w:r>
        <w:t>A4 and larger portraits can take around two months, depending on the size and my current workload. If you need the portrait by a particular date, please ask me about availability before placing your order.</w:t>
      </w:r>
    </w:p>
    <w:p w14:paraId="3FA36B5E" w14:textId="77777777" w:rsidR="00D64657" w:rsidRDefault="00000000">
      <w:pPr>
        <w:pStyle w:val="Kop1"/>
        <w:spacing w:before="100" w:after="60"/>
      </w:pPr>
      <w:r>
        <w:rPr>
          <w:rFonts w:ascii="Arial" w:hAnsi="Arial"/>
          <w:color w:val="D94995"/>
          <w:sz w:val="24"/>
        </w:rPr>
        <w:t>Where do you ship, and how much does it cost?</w:t>
      </w:r>
    </w:p>
    <w:p w14:paraId="7B5AD8F3" w14:textId="77777777" w:rsidR="00D64657" w:rsidRDefault="00000000">
      <w:r>
        <w:t>I ship commissioned portraits worldwide. Shipping is not included in the portrait price. I will calculate the shipping cost based on the destination and confirm it with you before you place your order. After payment is complete, I send the portrait with tracking.</w:t>
      </w:r>
    </w:p>
    <w:p w14:paraId="6741E061" w14:textId="77777777" w:rsidR="00D64657" w:rsidRDefault="00000000">
      <w:pPr>
        <w:pStyle w:val="Kop1"/>
        <w:spacing w:before="100" w:after="60"/>
      </w:pPr>
      <w:r>
        <w:rPr>
          <w:rFonts w:ascii="Arial" w:hAnsi="Arial"/>
          <w:color w:val="D94995"/>
          <w:sz w:val="24"/>
        </w:rPr>
        <w:t>Can you include several animals in one portrait?</w:t>
      </w:r>
    </w:p>
    <w:p w14:paraId="6549DE0D" w14:textId="77777777" w:rsidR="00D64657" w:rsidRDefault="00000000">
      <w:r>
        <w:t>Yes. The number of animals depends on the composition and size. Four animals may be possible; please send your photos so I can advise you on the format and provide a price.</w:t>
      </w:r>
    </w:p>
    <w:p w14:paraId="5DD87961" w14:textId="77777777" w:rsidR="00D64657" w:rsidRDefault="00000000">
      <w:pPr>
        <w:pStyle w:val="Kop1"/>
        <w:spacing w:before="100" w:after="60"/>
      </w:pPr>
      <w:r>
        <w:rPr>
          <w:rFonts w:ascii="Arial" w:hAnsi="Arial"/>
          <w:color w:val="D94995"/>
          <w:sz w:val="24"/>
        </w:rPr>
        <w:t>Can you remove something from the photo?</w:t>
      </w:r>
    </w:p>
    <w:p w14:paraId="54B56437" w14:textId="77777777" w:rsidR="00D64657" w:rsidRDefault="00000000">
      <w:r>
        <w:t>Sometimes. For example, I may be able to leave out a collar or another detail. Please tell me what you would like changed before I start, so I can confirm whether it is possible.</w:t>
      </w:r>
    </w:p>
    <w:p w14:paraId="4DD273FC" w14:textId="77777777" w:rsidR="00D64657" w:rsidRDefault="00000000">
      <w:pPr>
        <w:pStyle w:val="Kop1"/>
        <w:spacing w:before="100" w:after="60"/>
      </w:pPr>
      <w:r>
        <w:rPr>
          <w:rFonts w:ascii="Arial" w:hAnsi="Arial"/>
          <w:color w:val="D94995"/>
          <w:sz w:val="24"/>
        </w:rPr>
        <w:t>Are portraits framed?</w:t>
      </w:r>
    </w:p>
    <w:p w14:paraId="1DB87ADE" w14:textId="77777777" w:rsidR="00D64657" w:rsidRDefault="00000000">
      <w:r>
        <w:t>Portraits are sold unframed. You can choose a frame that suits your home after the artwork arrives.</w:t>
      </w:r>
    </w:p>
    <w:p w14:paraId="494E54D7" w14:textId="77777777" w:rsidR="00D64657" w:rsidRDefault="00000000">
      <w:pPr>
        <w:pStyle w:val="Kop1"/>
        <w:spacing w:before="100" w:after="60"/>
      </w:pPr>
      <w:r>
        <w:rPr>
          <w:rFonts w:ascii="Arial" w:hAnsi="Arial"/>
          <w:color w:val="D94995"/>
          <w:sz w:val="24"/>
        </w:rPr>
        <w:t>Can I collect or view a portrait in person?</w:t>
      </w:r>
    </w:p>
    <w:p w14:paraId="5D198CCD" w14:textId="77777777" w:rsidR="00D64657" w:rsidRDefault="00000000">
      <w:r>
        <w:t>Collection or an in-person viewing in Nieuwerkerk can be arranged by appointment. Please contact me to discuss a suitable time.</w:t>
      </w:r>
    </w:p>
    <w:p w14:paraId="383B865D" w14:textId="77777777" w:rsidR="00D64657" w:rsidRDefault="00000000">
      <w:pPr>
        <w:pStyle w:val="Kop1"/>
        <w:spacing w:before="100" w:after="60"/>
      </w:pPr>
      <w:r>
        <w:rPr>
          <w:rFonts w:ascii="Arial" w:hAnsi="Arial"/>
          <w:color w:val="D94995"/>
          <w:sz w:val="24"/>
        </w:rPr>
        <w:t>How is the portrait packaged?</w:t>
      </w:r>
    </w:p>
    <w:p w14:paraId="5E9E7B38" w14:textId="77777777" w:rsidR="00D64657" w:rsidRDefault="00000000">
      <w:r>
        <w:t>I pack each portrait carefully and send it with tracking. The artwork is shipped unframed.</w:t>
      </w:r>
    </w:p>
    <w:p w14:paraId="00EA0098" w14:textId="77777777" w:rsidR="00D64657" w:rsidRDefault="00000000">
      <w:pPr>
        <w:spacing w:before="180" w:after="0"/>
      </w:pPr>
      <w:r>
        <w:rPr>
          <w:i/>
          <w:color w:val="646464"/>
          <w:sz w:val="19"/>
        </w:rPr>
        <w:t>For questions about an original artwork from the webshop, please check the information on that product page or contact me.</w:t>
      </w:r>
    </w:p>
    <w:sectPr w:rsidR="00D64657" w:rsidSect="00034616">
      <w:pgSz w:w="12240" w:h="15840"/>
      <w:pgMar w:top="1037"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807478452">
    <w:abstractNumId w:val="8"/>
  </w:num>
  <w:num w:numId="2" w16cid:durableId="1626887432">
    <w:abstractNumId w:val="6"/>
  </w:num>
  <w:num w:numId="3" w16cid:durableId="439840111">
    <w:abstractNumId w:val="5"/>
  </w:num>
  <w:num w:numId="4" w16cid:durableId="2041008700">
    <w:abstractNumId w:val="4"/>
  </w:num>
  <w:num w:numId="5" w16cid:durableId="1543596077">
    <w:abstractNumId w:val="7"/>
  </w:num>
  <w:num w:numId="6" w16cid:durableId="526060887">
    <w:abstractNumId w:val="3"/>
  </w:num>
  <w:num w:numId="7" w16cid:durableId="1383365357">
    <w:abstractNumId w:val="2"/>
  </w:num>
  <w:num w:numId="8" w16cid:durableId="1107851764">
    <w:abstractNumId w:val="1"/>
  </w:num>
  <w:num w:numId="9" w16cid:durableId="727414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759F5"/>
    <w:rsid w:val="00AA1D8D"/>
    <w:rsid w:val="00B47730"/>
    <w:rsid w:val="00CB0664"/>
    <w:rsid w:val="00D64657"/>
    <w:rsid w:val="00DE53A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8FFBC9"/>
  <w14:defaultImageDpi w14:val="300"/>
  <w15:docId w15:val="{CABAD5CD-95C4-49B0-A370-7F6ADCC2B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120" w:line="259" w:lineRule="auto"/>
    </w:pPr>
    <w:rPr>
      <w:rFonts w:ascii="Arial" w:hAnsi="Arial"/>
      <w:color w:val="414141"/>
      <w:sz w:val="21"/>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4B4B4B"/>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4B4B4B"/>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ind w:left="360"/>
      <w:contextualSpacing/>
    </w:pPr>
  </w:style>
  <w:style w:type="paragraph" w:styleId="Lijstvoortzetting2">
    <w:name w:val="List Continue 2"/>
    <w:basedOn w:val="Standaard"/>
    <w:uiPriority w:val="99"/>
    <w:unhideWhenUsed/>
    <w:rsid w:val="0029639D"/>
    <w:pPr>
      <w:ind w:left="720"/>
      <w:contextualSpacing/>
    </w:pPr>
  </w:style>
  <w:style w:type="paragraph" w:styleId="Lijstvoortzetting3">
    <w:name w:val="List Continue 3"/>
    <w:basedOn w:val="Standaard"/>
    <w:uiPriority w:val="99"/>
    <w:unhideWhenUsed/>
    <w:rsid w:val="0029639D"/>
    <w:pPr>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426</Words>
  <Characters>2346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Frequently Asked Questions About Pet Portraits</dc:title>
  <dc:subject>Frequently asked questions about commissioned pet portraits</dc:subject>
  <dc:creator>Arty By Esther</dc:creator>
  <cp:keywords/>
  <dc:description>generated by python-docx</dc:description>
  <cp:lastModifiedBy>Arty By Esther</cp:lastModifiedBy>
  <cp:revision>2</cp:revision>
  <dcterms:created xsi:type="dcterms:W3CDTF">2026-10-11T12:51:00Z</dcterms:created>
  <dcterms:modified xsi:type="dcterms:W3CDTF">2026-10-11T12:51:00Z</dcterms:modified>
  <cp:category/>
</cp:coreProperties>
</file>