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40752" w14:textId="77777777" w:rsidR="00937187" w:rsidRDefault="00000000">
      <w:pPr>
        <w:pStyle w:val="Titel"/>
        <w:jc w:val="center"/>
      </w:pPr>
      <w:r>
        <w:t>Privacy Policy</w:t>
      </w:r>
    </w:p>
    <w:p w14:paraId="34D99082" w14:textId="77777777" w:rsidR="00937187" w:rsidRDefault="00000000">
      <w:pPr>
        <w:jc w:val="center"/>
        <w:rPr>
          <w:rFonts w:hint="eastAsia"/>
        </w:rPr>
      </w:pPr>
      <w:r>
        <w:rPr>
          <w:i/>
          <w:color w:val="737373"/>
        </w:rPr>
        <w:t>Last updated: 11 October 2026</w:t>
      </w:r>
    </w:p>
    <w:p w14:paraId="19899C27" w14:textId="77777777" w:rsidR="00937187" w:rsidRDefault="00000000">
      <w:pPr>
        <w:rPr>
          <w:rFonts w:hint="eastAsia"/>
        </w:rPr>
      </w:pPr>
      <w:r>
        <w:t>This Privacy Policy explains how Arty By Esther handles personal information when you visit the website, contact me, or place an order. I use personal information only for the purposes described below and do not use customer contact details to send newsletters or advertising.</w:t>
      </w:r>
    </w:p>
    <w:p w14:paraId="4F383E3D" w14:textId="77777777" w:rsidR="00937187" w:rsidRDefault="00000000">
      <w:pPr>
        <w:pStyle w:val="Kop1"/>
      </w:pPr>
      <w:r>
        <w:t>Who is responsible for your information?</w:t>
      </w:r>
    </w:p>
    <w:p w14:paraId="3BB87B3C" w14:textId="77777777" w:rsidR="00937187" w:rsidRDefault="00000000">
      <w:pPr>
        <w:rPr>
          <w:rFonts w:hint="eastAsia"/>
        </w:rPr>
      </w:pPr>
      <w:r>
        <w:t>Arty By Esther is operated by Esther van der Graaf. For privacy questions or requests, email info@artybyesther.com.</w:t>
      </w:r>
    </w:p>
    <w:p w14:paraId="2F5C74CE" w14:textId="77777777" w:rsidR="00937187" w:rsidRDefault="00000000">
      <w:pPr>
        <w:pStyle w:val="Kop1"/>
      </w:pPr>
      <w:r>
        <w:t>What information I collect and why</w:t>
      </w:r>
    </w:p>
    <w:p w14:paraId="08F9CBAC" w14:textId="77777777" w:rsidR="00937187" w:rsidRDefault="00000000">
      <w:pPr>
        <w:rPr>
          <w:rFonts w:hint="eastAsia"/>
        </w:rPr>
      </w:pPr>
      <w:r>
        <w:t>If you use the contact form, I receive your name, email address, subject and message so I can reply. If you contact me by email, I use the information in your message to respond and handle your request.</w:t>
      </w:r>
    </w:p>
    <w:p w14:paraId="720727E0" w14:textId="77777777" w:rsidR="00937187" w:rsidRDefault="00000000">
      <w:pPr>
        <w:rPr>
          <w:rFonts w:hint="eastAsia"/>
        </w:rPr>
      </w:pPr>
      <w:r>
        <w:t>When you place an order or commission, I may use your name, email address, delivery address, order details and any other information needed to make, process and deliver the order. I keep customer contact details in my private contacts for order administration and possible future contact. I only keep a phone number if you provide one. I do not use these details for marketing.</w:t>
      </w:r>
    </w:p>
    <w:p w14:paraId="1791A487" w14:textId="77777777" w:rsidR="00937187" w:rsidRDefault="00000000">
      <w:pPr>
        <w:pStyle w:val="Kop1"/>
      </w:pPr>
      <w:r>
        <w:t>Payments</w:t>
      </w:r>
    </w:p>
    <w:p w14:paraId="4961951A" w14:textId="77777777" w:rsidR="00937187" w:rsidRDefault="00000000">
      <w:pPr>
        <w:rPr>
          <w:rFonts w:hint="eastAsia"/>
        </w:rPr>
      </w:pPr>
      <w:r>
        <w:t>Payments are handled through PayPal or the payment provider offering iDEAL. I do not receive or store your full payment credentials. The payment provider processes payment information under its own privacy policy.</w:t>
      </w:r>
    </w:p>
    <w:p w14:paraId="3FA1D9EA" w14:textId="77777777" w:rsidR="00937187" w:rsidRDefault="00000000">
      <w:pPr>
        <w:pStyle w:val="Kop1"/>
      </w:pPr>
      <w:r>
        <w:t>Website providers, shipping and sharing</w:t>
      </w:r>
    </w:p>
    <w:p w14:paraId="3F31CD2F" w14:textId="77777777" w:rsidR="00937187" w:rsidRDefault="00000000">
      <w:pPr>
        <w:rPr>
          <w:rFonts w:hint="eastAsia"/>
        </w:rPr>
      </w:pPr>
      <w:r>
        <w:t>The website and webshop are provided through JouwWeb. Information may be processed by JouwWeb to operate the site, handle orders and provide its website statistics. I may share the delivery details needed for a shipment with PostNL, ParcelParcel, or the carrier arranged through ParcelParcel, as applicable. These parties use the information to provide their services.</w:t>
      </w:r>
    </w:p>
    <w:p w14:paraId="7499627B" w14:textId="77777777" w:rsidR="00937187" w:rsidRDefault="00000000">
      <w:pPr>
        <w:rPr>
          <w:rFonts w:hint="eastAsia"/>
        </w:rPr>
      </w:pPr>
      <w:r>
        <w:t>I do not sell your personal information or share it with businesses for their marketing. I may disclose information if required by law or needed to handle a legal claim.</w:t>
      </w:r>
    </w:p>
    <w:p w14:paraId="3B6403CB" w14:textId="77777777" w:rsidR="00937187" w:rsidRDefault="00000000">
      <w:pPr>
        <w:pStyle w:val="Kop1"/>
      </w:pPr>
      <w:r>
        <w:t>Website statistics and cookies</w:t>
      </w:r>
    </w:p>
    <w:p w14:paraId="06F24702" w14:textId="77777777" w:rsidR="00937187" w:rsidRDefault="00000000">
      <w:pPr>
        <w:rPr>
          <w:rFonts w:hint="eastAsia"/>
        </w:rPr>
      </w:pPr>
      <w:r>
        <w:t>I use the visitor and pageview statistics available in JouwWeb. Google Analytics is currently switched off on my website. The website displays a cookie notice with options to accept or reject cookies. Some cookies may be needed for basic website or webshop functions, such as remembering a shopping cart. You can make your choice in the cookie notice and can also manage cookies through your browser settings.</w:t>
      </w:r>
    </w:p>
    <w:p w14:paraId="179ADD6A" w14:textId="77777777" w:rsidR="00937187" w:rsidRDefault="00000000">
      <w:pPr>
        <w:pStyle w:val="Kop1"/>
      </w:pPr>
      <w:r>
        <w:lastRenderedPageBreak/>
        <w:t>How long I keep information</w:t>
      </w:r>
    </w:p>
    <w:p w14:paraId="2B2CDC23" w14:textId="77777777" w:rsidR="00937187" w:rsidRDefault="00000000">
      <w:pPr>
        <w:rPr>
          <w:rFonts w:hint="eastAsia"/>
        </w:rPr>
      </w:pPr>
      <w:r>
        <w:t>I delete contact messages when the conversation is finished and no further follow-up is needed. I keep customer contact details in my private contacts while I still have a reason to retain them. I review those contacts once a year and remove details that are no longer needed. Order and accounting records may be kept for the period required by law.</w:t>
      </w:r>
    </w:p>
    <w:p w14:paraId="73060021" w14:textId="77777777" w:rsidR="00937187" w:rsidRDefault="00000000">
      <w:pPr>
        <w:pStyle w:val="Kop1"/>
      </w:pPr>
      <w:r>
        <w:t>Keeping information secure</w:t>
      </w:r>
    </w:p>
    <w:p w14:paraId="483FF4E3" w14:textId="77777777" w:rsidR="00937187" w:rsidRDefault="00000000">
      <w:pPr>
        <w:rPr>
          <w:rFonts w:hint="eastAsia"/>
        </w:rPr>
      </w:pPr>
      <w:r>
        <w:t>I take reasonable steps to protect personal information from loss, misuse and unauthorised access. Please do not send sensitive information through the contact form or ordinary email.</w:t>
      </w:r>
    </w:p>
    <w:p w14:paraId="58A28EE4" w14:textId="77777777" w:rsidR="00937187" w:rsidRDefault="00000000">
      <w:pPr>
        <w:pStyle w:val="Kop1"/>
      </w:pPr>
      <w:r>
        <w:t>Your privacy rights</w:t>
      </w:r>
    </w:p>
    <w:p w14:paraId="6F50A647" w14:textId="77777777" w:rsidR="00937187" w:rsidRDefault="00000000">
      <w:pPr>
        <w:rPr>
          <w:rFonts w:hint="eastAsia"/>
        </w:rPr>
      </w:pPr>
      <w:r>
        <w:t>You can ask me to access or correct your personal information, or to delete it where I no longer have a reason or legal obligation to keep it. Depending on the circumstances, you may also ask me to restrict or stop certain processing, or request a copy of information you provided. To make a request, email info@artybyesther.com. You may also submit a complaint to the Dutch Data Protection Authority (Autoriteit Persoonsgegevens).</w:t>
      </w:r>
    </w:p>
    <w:p w14:paraId="0407EFC0" w14:textId="77777777" w:rsidR="00937187" w:rsidRDefault="00000000">
      <w:pPr>
        <w:pStyle w:val="Kop1"/>
      </w:pPr>
      <w:r>
        <w:t>Changes to this policy</w:t>
      </w:r>
    </w:p>
    <w:p w14:paraId="3F855943" w14:textId="77777777" w:rsidR="00937187" w:rsidRDefault="00000000">
      <w:pPr>
        <w:rPr>
          <w:rFonts w:hint="eastAsia"/>
        </w:rPr>
      </w:pPr>
      <w:r>
        <w:t>I may update this Privacy Policy when my website, services or data practices change. The latest version will be published on this page, with the date of the latest update shown at the top.</w:t>
      </w:r>
    </w:p>
    <w:sectPr w:rsidR="00937187" w:rsidSect="00034616">
      <w:footerReference w:type="default" r:id="rId8"/>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EF13A" w14:textId="77777777" w:rsidR="00DC22A2" w:rsidRDefault="00DC22A2">
      <w:pPr>
        <w:spacing w:after="0" w:line="240" w:lineRule="auto"/>
        <w:rPr>
          <w:rFonts w:hint="eastAsia"/>
        </w:rPr>
      </w:pPr>
      <w:r>
        <w:separator/>
      </w:r>
    </w:p>
  </w:endnote>
  <w:endnote w:type="continuationSeparator" w:id="0">
    <w:p w14:paraId="536C81F0" w14:textId="77777777" w:rsidR="00DC22A2" w:rsidRDefault="00DC22A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BC3A8" w14:textId="77777777" w:rsidR="00937187" w:rsidRDefault="00000000">
    <w:pPr>
      <w:pStyle w:val="Voettekst"/>
      <w:jc w:val="center"/>
      <w:rPr>
        <w:rFonts w:hint="eastAsia"/>
      </w:rPr>
    </w:pPr>
    <w:r>
      <w:rPr>
        <w:color w:val="828282"/>
        <w:sz w:val="16"/>
      </w:rPr>
      <w:t xml:space="preserve">Arty By Esther  •  Privacy Policy  •  </w:t>
    </w:r>
    <w:r>
      <w:fldChar w:fldCharType="begin"/>
    </w:r>
    <w:r>
      <w:instrText>PAGE</w:instrText>
    </w:r>
    <w:r>
      <w:rPr>
        <w:rFonts w:hint="eastAsia"/>
      </w:rPr>
      <w:fldChar w:fldCharType="separate"/>
    </w:r>
    <w:r w:rsidR="003A3D0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448AD" w14:textId="77777777" w:rsidR="00DC22A2" w:rsidRDefault="00DC22A2">
      <w:pPr>
        <w:spacing w:after="0" w:line="240" w:lineRule="auto"/>
        <w:rPr>
          <w:rFonts w:hint="eastAsia"/>
        </w:rPr>
      </w:pPr>
      <w:r>
        <w:separator/>
      </w:r>
    </w:p>
  </w:footnote>
  <w:footnote w:type="continuationSeparator" w:id="0">
    <w:p w14:paraId="53E535A2" w14:textId="77777777" w:rsidR="00DC22A2" w:rsidRDefault="00DC22A2">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145048217">
    <w:abstractNumId w:val="8"/>
  </w:num>
  <w:num w:numId="2" w16cid:durableId="2121677725">
    <w:abstractNumId w:val="6"/>
  </w:num>
  <w:num w:numId="3" w16cid:durableId="1976327985">
    <w:abstractNumId w:val="5"/>
  </w:num>
  <w:num w:numId="4" w16cid:durableId="2140028187">
    <w:abstractNumId w:val="4"/>
  </w:num>
  <w:num w:numId="5" w16cid:durableId="1629124840">
    <w:abstractNumId w:val="7"/>
  </w:num>
  <w:num w:numId="6" w16cid:durableId="1619020111">
    <w:abstractNumId w:val="3"/>
  </w:num>
  <w:num w:numId="7" w16cid:durableId="804617151">
    <w:abstractNumId w:val="2"/>
  </w:num>
  <w:num w:numId="8" w16cid:durableId="909195251">
    <w:abstractNumId w:val="1"/>
  </w:num>
  <w:num w:numId="9" w16cid:durableId="1308439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A3D0E"/>
    <w:rsid w:val="00804B84"/>
    <w:rsid w:val="00937187"/>
    <w:rsid w:val="00AA1D8D"/>
    <w:rsid w:val="00B47730"/>
    <w:rsid w:val="00CB0664"/>
    <w:rsid w:val="00DC22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22E739"/>
  <w14:defaultImageDpi w14:val="300"/>
  <w15:docId w15:val="{59F9EBDD-95FD-4B3F-927C-112C3A01D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pPr>
    <w:rPr>
      <w:rFonts w:ascii="Aptos" w:hAnsi="Aptos"/>
      <w:color w:val="37434E"/>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E24E9B"/>
      <w:sz w:val="30"/>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36424A"/>
      <w:sz w:val="24"/>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E24E9B"/>
      <w:spacing w:val="5"/>
      <w:kern w:val="28"/>
      <w:sz w:val="48"/>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Arty By Esther</cp:lastModifiedBy>
  <cp:revision>2</cp:revision>
  <dcterms:created xsi:type="dcterms:W3CDTF">2026-10-11T14:29:00Z</dcterms:created>
  <dcterms:modified xsi:type="dcterms:W3CDTF">2026-10-11T14:29:00Z</dcterms:modified>
  <cp:category/>
</cp:coreProperties>
</file>