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38800" w14:textId="77777777" w:rsidR="00C36DA7" w:rsidRDefault="00000000">
      <w:pPr>
        <w:pStyle w:val="Titel"/>
        <w:spacing w:after="160"/>
      </w:pPr>
      <w:r>
        <w:rPr>
          <w:rFonts w:ascii="Arial" w:hAnsi="Arial"/>
          <w:b/>
          <w:sz w:val="42"/>
        </w:rPr>
        <w:t>Website Disclaimer and Copyright</w:t>
      </w:r>
    </w:p>
    <w:p w14:paraId="21051AE1" w14:textId="77777777" w:rsidR="00C36DA7" w:rsidRDefault="00000000">
      <w:pPr>
        <w:spacing w:after="240"/>
      </w:pPr>
      <w:r>
        <w:t>This notice explains how to use the information and content on the Arty By Esther website. It covers general website information, links to other websites, and the use of original content.</w:t>
      </w:r>
    </w:p>
    <w:p w14:paraId="5BE4EA06" w14:textId="77777777" w:rsidR="00C36DA7" w:rsidRDefault="00000000">
      <w:pPr>
        <w:pStyle w:val="Kop1"/>
        <w:spacing w:before="100" w:after="80"/>
      </w:pPr>
      <w:r>
        <w:rPr>
          <w:rFonts w:ascii="Arial" w:hAnsi="Arial"/>
          <w:color w:val="D94995"/>
          <w:sz w:val="26"/>
        </w:rPr>
        <w:t>Website information</w:t>
      </w:r>
    </w:p>
    <w:p w14:paraId="77F2E289" w14:textId="77777777" w:rsidR="00C36DA7" w:rsidRDefault="00000000">
      <w:r>
        <w:t>I make reasonable efforts to keep the information on this website accurate and up to date. However, pages may contain errors or become outdated. Please contact me if you notice something that needs correcting. Information about a specific artwork, service, price, availability, or delivery is confirmed in the offer or order details for that purchase.</w:t>
      </w:r>
    </w:p>
    <w:p w14:paraId="3BE9935D" w14:textId="77777777" w:rsidR="00C36DA7" w:rsidRDefault="00000000">
      <w:r>
        <w:t>This website provides general information. Nothing in this notice limits rights you have under applicable law or changes the terms confirmed for a specific order.</w:t>
      </w:r>
    </w:p>
    <w:p w14:paraId="0AC7185A" w14:textId="77777777" w:rsidR="00C36DA7" w:rsidRDefault="00000000">
      <w:pPr>
        <w:pStyle w:val="Kop1"/>
        <w:spacing w:before="100" w:after="80"/>
      </w:pPr>
      <w:r>
        <w:rPr>
          <w:rFonts w:ascii="Arial" w:hAnsi="Arial"/>
          <w:color w:val="D94995"/>
          <w:sz w:val="26"/>
        </w:rPr>
        <w:t>Links to other websites</w:t>
      </w:r>
    </w:p>
    <w:p w14:paraId="12FDE5B4" w14:textId="77777777" w:rsidR="00C36DA7" w:rsidRDefault="00000000">
      <w:r>
        <w:t>This website may link to websites operated by third parties. Those websites are not controlled by Arty By Esther, so I cannot guarantee their content, availability, or privacy practices. A link does not mean that I endorse the linked website. Please review its own terms and privacy information before using it.</w:t>
      </w:r>
    </w:p>
    <w:p w14:paraId="3161D5ED" w14:textId="77777777" w:rsidR="00C36DA7" w:rsidRDefault="00000000">
      <w:pPr>
        <w:pStyle w:val="Kop1"/>
        <w:spacing w:before="100" w:after="80"/>
      </w:pPr>
      <w:r>
        <w:rPr>
          <w:rFonts w:ascii="Arial" w:hAnsi="Arial"/>
          <w:color w:val="D94995"/>
          <w:sz w:val="26"/>
        </w:rPr>
        <w:t>Copyright and use of content</w:t>
      </w:r>
    </w:p>
    <w:p w14:paraId="1158AD08" w14:textId="77777777" w:rsidR="00C36DA7" w:rsidRDefault="00000000">
      <w:r>
        <w:t>Unless stated otherwise, original artwork, text, and photographs created by Arty By Esther are protected by copyright or other applicable rights. This website may also contain material owned by third parties or used with permission or under licence; those rights remain with their respective owners.</w:t>
      </w:r>
    </w:p>
    <w:p w14:paraId="11F2CDC5" w14:textId="77777777" w:rsidR="00C36DA7" w:rsidRDefault="00000000">
      <w:r>
        <w:t>Buying a physical artwork does not transfer copyright in that artwork. The owner may display the physical artwork. You may not reproduce, adapt, publish, distribute, or use original artwork or website content commercially without prior written permission from the rights holder, except where the law allows.</w:t>
      </w:r>
    </w:p>
    <w:p w14:paraId="2ACCCB72" w14:textId="77777777" w:rsidR="00C36DA7" w:rsidRDefault="00000000">
      <w:r>
        <w:t>For permission to reproduce or use artwork or website content, contact info@artybyesther.com.</w:t>
      </w:r>
    </w:p>
    <w:p w14:paraId="0DA595D4" w14:textId="77777777" w:rsidR="00C36DA7" w:rsidRDefault="00000000">
      <w:pPr>
        <w:spacing w:before="200" w:after="0"/>
      </w:pPr>
      <w:r>
        <w:rPr>
          <w:color w:val="646464"/>
          <w:sz w:val="18"/>
        </w:rPr>
        <w:t>Copyright © 2017–2026 Arty By Esther. All rights reserved.</w:t>
      </w:r>
    </w:p>
    <w:sectPr w:rsidR="00C36DA7" w:rsidSect="00034616">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707490187">
    <w:abstractNumId w:val="8"/>
  </w:num>
  <w:num w:numId="2" w16cid:durableId="737556287">
    <w:abstractNumId w:val="6"/>
  </w:num>
  <w:num w:numId="3" w16cid:durableId="1257785225">
    <w:abstractNumId w:val="5"/>
  </w:num>
  <w:num w:numId="4" w16cid:durableId="513809072">
    <w:abstractNumId w:val="4"/>
  </w:num>
  <w:num w:numId="5" w16cid:durableId="2018580238">
    <w:abstractNumId w:val="7"/>
  </w:num>
  <w:num w:numId="6" w16cid:durableId="643509323">
    <w:abstractNumId w:val="3"/>
  </w:num>
  <w:num w:numId="7" w16cid:durableId="920455207">
    <w:abstractNumId w:val="2"/>
  </w:num>
  <w:num w:numId="8" w16cid:durableId="370882586">
    <w:abstractNumId w:val="1"/>
  </w:num>
  <w:num w:numId="9" w16cid:durableId="1404178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6BC4"/>
    <w:rsid w:val="0029639D"/>
    <w:rsid w:val="00326F90"/>
    <w:rsid w:val="00AA1D8D"/>
    <w:rsid w:val="00B47730"/>
    <w:rsid w:val="00C36DA7"/>
    <w:rsid w:val="00CB0664"/>
    <w:rsid w:val="00D947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817678"/>
  <w14:defaultImageDpi w14:val="300"/>
  <w15:docId w15:val="{1F9A4290-6BD2-4BAE-93F3-A649C9222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line="259" w:lineRule="auto"/>
    </w:pPr>
    <w:rPr>
      <w:rFonts w:ascii="Arial" w:hAnsi="Arial"/>
      <w:color w:val="414141"/>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4B4B4B"/>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4B4B4B"/>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Disclaimer and Copyright</dc:title>
  <dc:subject>Website disclaimer and copyright information for Arty By Esther</dc:subject>
  <dc:creator>Arty By Esther</dc:creator>
  <cp:keywords/>
  <dc:description>generated by python-docx</dc:description>
  <cp:lastModifiedBy>Arty By Esther</cp:lastModifiedBy>
  <cp:revision>2</cp:revision>
  <dcterms:created xsi:type="dcterms:W3CDTF">2026-10-11T12:44:00Z</dcterms:created>
  <dcterms:modified xsi:type="dcterms:W3CDTF">2026-10-11T12:44:00Z</dcterms:modified>
  <cp:category/>
</cp:coreProperties>
</file>